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לוח "מסלול 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בטיחותיות בדרכים מתוך משחק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של חברות וחוסן נפשי במהלך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כללי התקדמות וחזרה בלוח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מתקדמים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ביקשו לראות סרטון בנייד מהנהג/ת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משבצת של התקדמות 3, תשומת לב לחבר עוזרת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עייפות הנהג/ת מסוכנת, צריך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גורם לחזרה אחורה, כי זה לא התנהגות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משבצת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(חזרה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(משבצת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(התקדמות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מעפולה או מחיפה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עצירה ליד הר תבור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במחלף גולני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הירידה התלולה לכיוון טבריה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על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שתכלול התייחסות לבטיחות (חגורות, הפסקות) ולחברות (תשומת לב, דאגה לחבר)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למנוחה ולא ממשיכים לנסוע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עשוי להעיד שמשהו מטריד אותו/ה, וחשוב לשאול בעדינות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בקבוצות את המשחק עצמו לפני מילוי הדף, כדי שהתלמידים יכירו את המשבצות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פתוחה בחלק הפתוח על חברות וחוסן נפשי, ולא רק לבדוק תשובה 'נכונה'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לוח "מסלול 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הלוח "מסלול בטוח" נוסעים מעפולה או מחיפה ועד טבריה, עוצרים במשבצות שונות ועונים על שאלות על בטיחות בדרכים וחברות.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חיפה  ·  65  ·  טבריה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במשבצת שבה כל הנוסעים חגרו חגורות גם מאחור?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חוזרים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מתקדמים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עוצרים לשאלה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חוזרים 2 משבצות באחת התחנות?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ביקשו לראות סרטון בנייד מהנהג/ת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עצרו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שתו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כשחבר/ה שקט/ה מהרגיל, שואלים בעדינות מה שלומו/ה ומתקדמים.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הנהג/ת עייף/ה אפשר להמשיך לנסוע בלי 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זריקת עטיפה מהחלון גורמת להתקדמות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בוחרים עיר מוצא: עפולה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היעד הסופי של המסלול הוא העיר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ליד הר תבור עוברים בכביש מספר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משבצת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ביקשו לראות סרטון בנייד מהנהג/ת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משבצת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עצירת קפה ושיחה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חזרה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שלחו הודעה חמה וסיפרו למבוגר/ת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חזרה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הנהג/ת עייף/ה ולא עצרו 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התקדמות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מעבר במחלף גולני לכביש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הירידה התלולה לכיוון טבריה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יציאה מעפולה או מחיפה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עצירה ליד הר תבור בכביש 65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על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מה עזר לנוסעים להגיע בשלום לטבריה, ותנו שתי דוגמאות מהמשחק.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כשהנהג/ת עייף/ה?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לשים לב לחבר/ה ששקט/ה מהרגיל?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לוח "מסלול בטוח"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