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התנהגויות בטיחותיות בדרכים מתוך משחק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חברות וחוסן נפשי במהלך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כללי התקדמות וחזרה בלוח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המשבצות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מתקדמים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ביקשו לראות סרטון בנייד מהנהג/ת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מורידים מגן ומאטים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בצד המדרכה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משבצת של התקדמות 3, תשומת לב לחבר עוזרת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עייפות הנהג/ת מסוכנת, צריך לעצור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גורם לחזרה אחורה, כי זה לא התנהגות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משבצת של חזרה אחורה, חשוב להגיב בדאגה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סבלנות היא התנהגות חיובית בדרך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 מהלוח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משבצת לתוצאה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(חזרה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(משבצת בטוחה)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(התקדמות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(חזרה 2)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(התקדמות 1)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הנסיעה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יציאה מעפולה או מחיפה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עצירה ליד הר תבור בכביש 65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במחלף גולני לכביש 77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הירידה התלולה לכיוון טבריה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רואים את הכנרת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ההגעה לטבריה בשלום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על המסע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שתכלול התייחסות לבטיחות (חגורות, הפסקות) ולחברות (תשומת לב, דאגה לחבר)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המדגימה אכפתיות ותשומת לב לחברים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למנוחה ולא ממשיכים לנסוע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זה עשוי להעיד שמשהו מטריד אותו/ה, וחשוב לשאול בעדינות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טבריה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בקבוצות את המשחק עצמו לפני מילוי הדף, כדי שהתלמידים יכירו את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שיחה פתוחה בחלק הפתוח על חברות וחוסן נפשי, ולא רק לבדוק תשובה 'נכונה'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לדלג על הפריטים המסומנים לגרסה המותאמת לחינוך מיוחד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מנווטים נכון: חוסן, בטיחות וקבלת החלטות בנובמבר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משחק לוח "מסלול בטוח"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הלוח "מסלול בטוח" נוסעים מעפולה או מחיפה ועד טבריה, עוצרים במשבצות שונות ועונים על שאלות על בטיחות בדרכים וחברות.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המשבצות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במשבצת שבה כל הנוסעים חגרו חגורות גם מאחור?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חוזרים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מתקדמים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עוצרים לשאלה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נשארים במקום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חוזרים 2 משבצות באחת התחנות?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ביקשו לראות סרטון בנייד מהנהג/ת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עצרו למנוחה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שתו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הסתכלו בנוף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כשהשמש מסנוורת בעיניים?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סוגרים עיניים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מורידים מגן ומאטים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פותחים חלון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צועקים לנהג/ת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יורדים בבטחה מהרכב?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בצד 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בצד המדרכה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הדרך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איפה שנוח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כשחבר/ה שקט/ה מהרגיל, שואלים בעדינות מה שלומו/ה ומתקדמים.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הנהג/ת עייף/ה אפשר להמשיך לנסוע בלי 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זריקת עטיפה מהחלון גורמת להתקדמות בלוח.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התעלמות מהודעה עצובה של חבר/ה בקבוצה היא דבר טוב.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המתנה בסבלנות בעומס תנועה גורמת להתקדמות.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 מהלוח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בוחרים עיר מוצא: עפולה או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היעד הסופי של המסלול הוא העיר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ליד הר תבור עוברים בכביש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במחלף גולני עוברים לכביש מספר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כשרואים את הכנרת מנגבים את ה__________ ומחייכים.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משבצת לתוצאה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ביקשו לראות סרטון בנייד מהנהג/ת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משבצת בטוחה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עצירת קפה ושיחה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חזרה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שלחו הודעה חמה וסיפרו למבוגר/ת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התקדמות 1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הנהג/ת עייף/ה ולא עצרו למנוחה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התקדמות 2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המתנה בסבלנות בעומס תנועה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חזרה 2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הנסיעה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ההגעה לטבריה בשלום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מעבר במחלף גולני לכביש 77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הירידה התלולה לכיוון טבריה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רואים את הכנרת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עצירה ליד הר תבור בכביש 65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יציאה מעפולה או מחיפה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מחשבה על המסע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מה עזר לנוסעים להגיע בשלום לטבריה, ותנו שתי דוגמאות מהמשחק.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מצב בחיים שלכם שבו שמתם לב שלחבר/ה לא טוב, ומה עשיתם.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כשהנהג/ת עייף/ה?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לשים לב לחבר/ה ששקט/ה מהרגיל?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היעד הסופי של המסלול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משחק לוח "מסלול בטוח"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